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3B25B" w14:textId="77777777" w:rsidR="00FA2AD9" w:rsidRPr="006111FF" w:rsidRDefault="00000000">
      <w:pPr>
        <w:pStyle w:val="Heading1"/>
        <w:rPr>
          <w:rFonts w:ascii="Montserrat Light" w:hAnsi="Montserrat Light"/>
        </w:rPr>
      </w:pPr>
      <w:r w:rsidRPr="006111FF">
        <w:rPr>
          <w:rFonts w:ascii="Montserrat Light" w:hAnsi="Montserrat Light"/>
        </w:rPr>
        <w:t>Rota – October 2026 to January 2027</w:t>
      </w:r>
    </w:p>
    <w:p w14:paraId="078E1076" w14:textId="040708CD" w:rsidR="00FA2AD9" w:rsidRPr="006111FF" w:rsidRDefault="00FA2AD9">
      <w:pPr>
        <w:rPr>
          <w:rFonts w:ascii="Montserrat Light" w:hAnsi="Montserrat Ligh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FA2AD9" w:rsidRPr="006111FF" w14:paraId="1B9E1365" w14:textId="77777777">
        <w:tc>
          <w:tcPr>
            <w:tcW w:w="2880" w:type="dxa"/>
          </w:tcPr>
          <w:p w14:paraId="701A2DF5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Date</w:t>
            </w:r>
          </w:p>
        </w:tc>
        <w:tc>
          <w:tcPr>
            <w:tcW w:w="2880" w:type="dxa"/>
          </w:tcPr>
          <w:p w14:paraId="37620335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Person 1</w:t>
            </w:r>
          </w:p>
        </w:tc>
        <w:tc>
          <w:tcPr>
            <w:tcW w:w="2880" w:type="dxa"/>
          </w:tcPr>
          <w:p w14:paraId="4621D967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Person 2</w:t>
            </w:r>
          </w:p>
        </w:tc>
      </w:tr>
      <w:tr w:rsidR="00FA2AD9" w:rsidRPr="006111FF" w14:paraId="22BD9414" w14:textId="77777777">
        <w:tc>
          <w:tcPr>
            <w:tcW w:w="2880" w:type="dxa"/>
          </w:tcPr>
          <w:p w14:paraId="1A5ACE67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4 Oct 2026</w:t>
            </w:r>
          </w:p>
        </w:tc>
        <w:tc>
          <w:tcPr>
            <w:tcW w:w="2880" w:type="dxa"/>
          </w:tcPr>
          <w:p w14:paraId="28AD0E8D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Andrew</w:t>
            </w:r>
          </w:p>
        </w:tc>
        <w:tc>
          <w:tcPr>
            <w:tcW w:w="2880" w:type="dxa"/>
          </w:tcPr>
          <w:p w14:paraId="1213F57E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Robert</w:t>
            </w:r>
          </w:p>
        </w:tc>
      </w:tr>
      <w:tr w:rsidR="00FA2AD9" w:rsidRPr="006111FF" w14:paraId="6C575352" w14:textId="77777777">
        <w:tc>
          <w:tcPr>
            <w:tcW w:w="2880" w:type="dxa"/>
          </w:tcPr>
          <w:p w14:paraId="5DE68AAC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11 Oct 2026</w:t>
            </w:r>
          </w:p>
        </w:tc>
        <w:tc>
          <w:tcPr>
            <w:tcW w:w="2880" w:type="dxa"/>
          </w:tcPr>
          <w:p w14:paraId="7062C64B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Tom</w:t>
            </w:r>
          </w:p>
        </w:tc>
        <w:tc>
          <w:tcPr>
            <w:tcW w:w="2880" w:type="dxa"/>
          </w:tcPr>
          <w:p w14:paraId="185E14F9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George</w:t>
            </w:r>
          </w:p>
        </w:tc>
      </w:tr>
      <w:tr w:rsidR="00FA2AD9" w:rsidRPr="006111FF" w14:paraId="5AF6C58F" w14:textId="77777777">
        <w:tc>
          <w:tcPr>
            <w:tcW w:w="2880" w:type="dxa"/>
          </w:tcPr>
          <w:p w14:paraId="6D2459D6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18 Oct 2026</w:t>
            </w:r>
          </w:p>
        </w:tc>
        <w:tc>
          <w:tcPr>
            <w:tcW w:w="2880" w:type="dxa"/>
          </w:tcPr>
          <w:p w14:paraId="26975A0F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Colin</w:t>
            </w:r>
          </w:p>
        </w:tc>
        <w:tc>
          <w:tcPr>
            <w:tcW w:w="2880" w:type="dxa"/>
          </w:tcPr>
          <w:p w14:paraId="1766B9E8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Robert</w:t>
            </w:r>
          </w:p>
        </w:tc>
      </w:tr>
      <w:tr w:rsidR="00FA2AD9" w:rsidRPr="006111FF" w14:paraId="5E6FDE37" w14:textId="77777777">
        <w:tc>
          <w:tcPr>
            <w:tcW w:w="2880" w:type="dxa"/>
          </w:tcPr>
          <w:p w14:paraId="4805D557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25 Oct 2026</w:t>
            </w:r>
          </w:p>
        </w:tc>
        <w:tc>
          <w:tcPr>
            <w:tcW w:w="2880" w:type="dxa"/>
          </w:tcPr>
          <w:p w14:paraId="22D65501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Andrew</w:t>
            </w:r>
          </w:p>
        </w:tc>
        <w:tc>
          <w:tcPr>
            <w:tcW w:w="2880" w:type="dxa"/>
          </w:tcPr>
          <w:p w14:paraId="1387DE82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Tom</w:t>
            </w:r>
          </w:p>
        </w:tc>
      </w:tr>
      <w:tr w:rsidR="00FA2AD9" w:rsidRPr="006111FF" w14:paraId="52803996" w14:textId="77777777">
        <w:tc>
          <w:tcPr>
            <w:tcW w:w="2880" w:type="dxa"/>
          </w:tcPr>
          <w:p w14:paraId="04ACDEA4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1 Nov 2026</w:t>
            </w:r>
          </w:p>
        </w:tc>
        <w:tc>
          <w:tcPr>
            <w:tcW w:w="2880" w:type="dxa"/>
          </w:tcPr>
          <w:p w14:paraId="76E5FA50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George</w:t>
            </w:r>
          </w:p>
        </w:tc>
        <w:tc>
          <w:tcPr>
            <w:tcW w:w="2880" w:type="dxa"/>
          </w:tcPr>
          <w:p w14:paraId="6FC0CCDD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Colin</w:t>
            </w:r>
          </w:p>
        </w:tc>
      </w:tr>
      <w:tr w:rsidR="00FA2AD9" w:rsidRPr="006111FF" w14:paraId="0C6E9187" w14:textId="77777777">
        <w:tc>
          <w:tcPr>
            <w:tcW w:w="2880" w:type="dxa"/>
          </w:tcPr>
          <w:p w14:paraId="1C2E20B6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8 Nov 2026</w:t>
            </w:r>
          </w:p>
        </w:tc>
        <w:tc>
          <w:tcPr>
            <w:tcW w:w="2880" w:type="dxa"/>
          </w:tcPr>
          <w:p w14:paraId="30A9AB34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Robert</w:t>
            </w:r>
          </w:p>
        </w:tc>
        <w:tc>
          <w:tcPr>
            <w:tcW w:w="2880" w:type="dxa"/>
          </w:tcPr>
          <w:p w14:paraId="7819AF7F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Tom</w:t>
            </w:r>
          </w:p>
        </w:tc>
      </w:tr>
      <w:tr w:rsidR="00FA2AD9" w:rsidRPr="006111FF" w14:paraId="2132EC77" w14:textId="77777777">
        <w:tc>
          <w:tcPr>
            <w:tcW w:w="2880" w:type="dxa"/>
          </w:tcPr>
          <w:p w14:paraId="08D19B39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15 Nov 2026</w:t>
            </w:r>
          </w:p>
        </w:tc>
        <w:tc>
          <w:tcPr>
            <w:tcW w:w="2880" w:type="dxa"/>
          </w:tcPr>
          <w:p w14:paraId="6C3C8F81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Andrew</w:t>
            </w:r>
          </w:p>
        </w:tc>
        <w:tc>
          <w:tcPr>
            <w:tcW w:w="2880" w:type="dxa"/>
          </w:tcPr>
          <w:p w14:paraId="6A5A31BC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George</w:t>
            </w:r>
          </w:p>
        </w:tc>
      </w:tr>
      <w:tr w:rsidR="00FA2AD9" w:rsidRPr="006111FF" w14:paraId="2C021DFE" w14:textId="77777777">
        <w:tc>
          <w:tcPr>
            <w:tcW w:w="2880" w:type="dxa"/>
          </w:tcPr>
          <w:p w14:paraId="39A64BAD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22 Nov 2026</w:t>
            </w:r>
          </w:p>
        </w:tc>
        <w:tc>
          <w:tcPr>
            <w:tcW w:w="2880" w:type="dxa"/>
          </w:tcPr>
          <w:p w14:paraId="3BB1F966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Colin</w:t>
            </w:r>
          </w:p>
        </w:tc>
        <w:tc>
          <w:tcPr>
            <w:tcW w:w="2880" w:type="dxa"/>
          </w:tcPr>
          <w:p w14:paraId="35B997D2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Tom</w:t>
            </w:r>
          </w:p>
        </w:tc>
      </w:tr>
      <w:tr w:rsidR="00FA2AD9" w:rsidRPr="006111FF" w14:paraId="7FF97D19" w14:textId="77777777">
        <w:tc>
          <w:tcPr>
            <w:tcW w:w="2880" w:type="dxa"/>
          </w:tcPr>
          <w:p w14:paraId="684576C8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29 Nov 2026</w:t>
            </w:r>
          </w:p>
        </w:tc>
        <w:tc>
          <w:tcPr>
            <w:tcW w:w="2880" w:type="dxa"/>
          </w:tcPr>
          <w:p w14:paraId="4BEACADF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Robert</w:t>
            </w:r>
          </w:p>
        </w:tc>
        <w:tc>
          <w:tcPr>
            <w:tcW w:w="2880" w:type="dxa"/>
          </w:tcPr>
          <w:p w14:paraId="09759C4A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Andrew</w:t>
            </w:r>
          </w:p>
        </w:tc>
      </w:tr>
      <w:tr w:rsidR="00FA2AD9" w:rsidRPr="006111FF" w14:paraId="67A8AB04" w14:textId="77777777">
        <w:tc>
          <w:tcPr>
            <w:tcW w:w="2880" w:type="dxa"/>
          </w:tcPr>
          <w:p w14:paraId="21412D75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6 Dec 2026</w:t>
            </w:r>
          </w:p>
        </w:tc>
        <w:tc>
          <w:tcPr>
            <w:tcW w:w="2880" w:type="dxa"/>
          </w:tcPr>
          <w:p w14:paraId="5C79A144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George</w:t>
            </w:r>
          </w:p>
        </w:tc>
        <w:tc>
          <w:tcPr>
            <w:tcW w:w="2880" w:type="dxa"/>
          </w:tcPr>
          <w:p w14:paraId="412C9DA5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Colin</w:t>
            </w:r>
          </w:p>
        </w:tc>
      </w:tr>
      <w:tr w:rsidR="00FA2AD9" w:rsidRPr="006111FF" w14:paraId="40709E3D" w14:textId="77777777">
        <w:tc>
          <w:tcPr>
            <w:tcW w:w="2880" w:type="dxa"/>
          </w:tcPr>
          <w:p w14:paraId="4CB59DC1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13 Dec 2026</w:t>
            </w:r>
          </w:p>
        </w:tc>
        <w:tc>
          <w:tcPr>
            <w:tcW w:w="2880" w:type="dxa"/>
          </w:tcPr>
          <w:p w14:paraId="6E71E521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Tom</w:t>
            </w:r>
          </w:p>
        </w:tc>
        <w:tc>
          <w:tcPr>
            <w:tcW w:w="2880" w:type="dxa"/>
          </w:tcPr>
          <w:p w14:paraId="22701209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Robert</w:t>
            </w:r>
          </w:p>
        </w:tc>
      </w:tr>
      <w:tr w:rsidR="00FA2AD9" w:rsidRPr="006111FF" w14:paraId="3F1A5A88" w14:textId="77777777">
        <w:tc>
          <w:tcPr>
            <w:tcW w:w="2880" w:type="dxa"/>
          </w:tcPr>
          <w:p w14:paraId="3B736220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20 Dec 2026</w:t>
            </w:r>
          </w:p>
        </w:tc>
        <w:tc>
          <w:tcPr>
            <w:tcW w:w="2880" w:type="dxa"/>
          </w:tcPr>
          <w:p w14:paraId="548848E7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Andrew</w:t>
            </w:r>
          </w:p>
        </w:tc>
        <w:tc>
          <w:tcPr>
            <w:tcW w:w="2880" w:type="dxa"/>
          </w:tcPr>
          <w:p w14:paraId="0B61B99C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Colin</w:t>
            </w:r>
          </w:p>
        </w:tc>
      </w:tr>
      <w:tr w:rsidR="00FA2AD9" w:rsidRPr="006111FF" w14:paraId="01BE5E34" w14:textId="77777777">
        <w:tc>
          <w:tcPr>
            <w:tcW w:w="2880" w:type="dxa"/>
          </w:tcPr>
          <w:p w14:paraId="710FEA78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27 Dec 2026</w:t>
            </w:r>
          </w:p>
        </w:tc>
        <w:tc>
          <w:tcPr>
            <w:tcW w:w="2880" w:type="dxa"/>
          </w:tcPr>
          <w:p w14:paraId="0AA30059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George</w:t>
            </w:r>
          </w:p>
        </w:tc>
        <w:tc>
          <w:tcPr>
            <w:tcW w:w="2880" w:type="dxa"/>
          </w:tcPr>
          <w:p w14:paraId="2A510876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Tom</w:t>
            </w:r>
          </w:p>
        </w:tc>
      </w:tr>
      <w:tr w:rsidR="00FA2AD9" w:rsidRPr="006111FF" w14:paraId="338CB17E" w14:textId="77777777">
        <w:tc>
          <w:tcPr>
            <w:tcW w:w="2880" w:type="dxa"/>
          </w:tcPr>
          <w:p w14:paraId="7F30A15E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3 Jan 2027</w:t>
            </w:r>
          </w:p>
        </w:tc>
        <w:tc>
          <w:tcPr>
            <w:tcW w:w="2880" w:type="dxa"/>
          </w:tcPr>
          <w:p w14:paraId="07AB8100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Robert</w:t>
            </w:r>
          </w:p>
        </w:tc>
        <w:tc>
          <w:tcPr>
            <w:tcW w:w="2880" w:type="dxa"/>
          </w:tcPr>
          <w:p w14:paraId="59808C21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Colin</w:t>
            </w:r>
          </w:p>
        </w:tc>
      </w:tr>
      <w:tr w:rsidR="00FA2AD9" w:rsidRPr="006111FF" w14:paraId="693C2560" w14:textId="77777777">
        <w:tc>
          <w:tcPr>
            <w:tcW w:w="2880" w:type="dxa"/>
          </w:tcPr>
          <w:p w14:paraId="37821101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10 Jan 2027</w:t>
            </w:r>
          </w:p>
        </w:tc>
        <w:tc>
          <w:tcPr>
            <w:tcW w:w="2880" w:type="dxa"/>
          </w:tcPr>
          <w:p w14:paraId="13D3323A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Andrew</w:t>
            </w:r>
          </w:p>
        </w:tc>
        <w:tc>
          <w:tcPr>
            <w:tcW w:w="2880" w:type="dxa"/>
          </w:tcPr>
          <w:p w14:paraId="283A8CE6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Tom</w:t>
            </w:r>
          </w:p>
        </w:tc>
      </w:tr>
      <w:tr w:rsidR="00FA2AD9" w:rsidRPr="006111FF" w14:paraId="529EFCAC" w14:textId="77777777">
        <w:tc>
          <w:tcPr>
            <w:tcW w:w="2880" w:type="dxa"/>
          </w:tcPr>
          <w:p w14:paraId="4372BB34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17 Jan 2027</w:t>
            </w:r>
          </w:p>
        </w:tc>
        <w:tc>
          <w:tcPr>
            <w:tcW w:w="2880" w:type="dxa"/>
          </w:tcPr>
          <w:p w14:paraId="23847FE0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George</w:t>
            </w:r>
          </w:p>
        </w:tc>
        <w:tc>
          <w:tcPr>
            <w:tcW w:w="2880" w:type="dxa"/>
          </w:tcPr>
          <w:p w14:paraId="2D2A80E1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Robert</w:t>
            </w:r>
          </w:p>
        </w:tc>
      </w:tr>
      <w:tr w:rsidR="00FA2AD9" w:rsidRPr="006111FF" w14:paraId="37797CA7" w14:textId="77777777">
        <w:tc>
          <w:tcPr>
            <w:tcW w:w="2880" w:type="dxa"/>
          </w:tcPr>
          <w:p w14:paraId="38503085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24 Jan 2027</w:t>
            </w:r>
          </w:p>
        </w:tc>
        <w:tc>
          <w:tcPr>
            <w:tcW w:w="2880" w:type="dxa"/>
          </w:tcPr>
          <w:p w14:paraId="77623694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Colin</w:t>
            </w:r>
          </w:p>
        </w:tc>
        <w:tc>
          <w:tcPr>
            <w:tcW w:w="2880" w:type="dxa"/>
          </w:tcPr>
          <w:p w14:paraId="0DD4CAEC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Andrew</w:t>
            </w:r>
          </w:p>
        </w:tc>
      </w:tr>
      <w:tr w:rsidR="00FA2AD9" w:rsidRPr="006111FF" w14:paraId="1CC01848" w14:textId="77777777">
        <w:tc>
          <w:tcPr>
            <w:tcW w:w="2880" w:type="dxa"/>
          </w:tcPr>
          <w:p w14:paraId="4AAFDFFE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31 Jan 2027</w:t>
            </w:r>
          </w:p>
        </w:tc>
        <w:tc>
          <w:tcPr>
            <w:tcW w:w="2880" w:type="dxa"/>
          </w:tcPr>
          <w:p w14:paraId="5830FE7F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Tom</w:t>
            </w:r>
          </w:p>
        </w:tc>
        <w:tc>
          <w:tcPr>
            <w:tcW w:w="2880" w:type="dxa"/>
          </w:tcPr>
          <w:p w14:paraId="6AA02533" w14:textId="77777777" w:rsidR="00FA2AD9" w:rsidRPr="006111FF" w:rsidRDefault="00000000">
            <w:pPr>
              <w:rPr>
                <w:rFonts w:ascii="Montserrat Light" w:hAnsi="Montserrat Light"/>
              </w:rPr>
            </w:pPr>
            <w:r w:rsidRPr="006111FF">
              <w:rPr>
                <w:rFonts w:ascii="Montserrat Light" w:hAnsi="Montserrat Light"/>
              </w:rPr>
              <w:t>George</w:t>
            </w:r>
          </w:p>
        </w:tc>
      </w:tr>
    </w:tbl>
    <w:p w14:paraId="10703436" w14:textId="77777777" w:rsidR="00FC627B" w:rsidRDefault="00FC627B"/>
    <w:sectPr w:rsidR="00FC627B" w:rsidSect="00034616">
      <w:headerReference w:type="even" r:id="rId8"/>
      <w:head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47AAE" w14:textId="77777777" w:rsidR="00FC627B" w:rsidRDefault="00FC627B" w:rsidP="006111FF">
      <w:pPr>
        <w:spacing w:after="0" w:line="240" w:lineRule="auto"/>
      </w:pPr>
      <w:r>
        <w:separator/>
      </w:r>
    </w:p>
  </w:endnote>
  <w:endnote w:type="continuationSeparator" w:id="0">
    <w:p w14:paraId="6AA47BB7" w14:textId="77777777" w:rsidR="00FC627B" w:rsidRDefault="00FC627B" w:rsidP="00611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 Ligh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64C2B" w14:textId="77777777" w:rsidR="00FC627B" w:rsidRDefault="00FC627B" w:rsidP="006111FF">
      <w:pPr>
        <w:spacing w:after="0" w:line="240" w:lineRule="auto"/>
      </w:pPr>
      <w:r>
        <w:separator/>
      </w:r>
    </w:p>
  </w:footnote>
  <w:footnote w:type="continuationSeparator" w:id="0">
    <w:p w14:paraId="49C090E6" w14:textId="77777777" w:rsidR="00FC627B" w:rsidRDefault="00FC627B" w:rsidP="00611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1DD3F" w14:textId="50934890" w:rsidR="006111FF" w:rsidRDefault="006111F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539148" wp14:editId="6AA8EC7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12010" cy="351155"/>
              <wp:effectExtent l="0" t="0" r="2540" b="10795"/>
              <wp:wrapNone/>
              <wp:docPr id="1145783862" name="Text Box 2" descr="Confidentiality Level: NON-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2010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E2452F" w14:textId="2484E6A1" w:rsidR="006111FF" w:rsidRPr="006111FF" w:rsidRDefault="006111FF" w:rsidP="006111F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6111F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Confidentiality Level: NON-CONFIDENTIAL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53914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ity Level: NON-CONFIDENTIAL" style="position:absolute;margin-left:0;margin-top:0;width:166.3pt;height:27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" filled="f" stroked="f">
              <v:fill o:detectmouseclick="t"/>
              <v:textbox style="mso-fit-shape-to-text:t" inset="0,15pt,0,0">
                <w:txbxContent>
                  <w:p w14:paraId="15E2452F" w14:textId="2484E6A1" w:rsidR="006111FF" w:rsidRPr="006111FF" w:rsidRDefault="006111FF" w:rsidP="006111F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6111FF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Confidentiality Level: NON-CONFIDENTIAL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D49E7" w14:textId="02C60E0A" w:rsidR="006111FF" w:rsidRDefault="006111F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3153E53" wp14:editId="64509F95">
              <wp:simplePos x="11430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2112010" cy="351155"/>
              <wp:effectExtent l="0" t="0" r="2540" b="10795"/>
              <wp:wrapNone/>
              <wp:docPr id="933399703" name="Text Box 3" descr="Confidentiality Level: NON-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2010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4EB63D" w14:textId="03B22944" w:rsidR="006111FF" w:rsidRPr="006111FF" w:rsidRDefault="006111FF" w:rsidP="006111F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6111F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Confidentiality Level: NON-CONFIDENTIAL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153E5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ity Level: NON-CONFIDENTIAL" style="position:absolute;margin-left:0;margin-top:0;width:166.3pt;height:27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" filled="f" stroked="f">
              <v:fill o:detectmouseclick="t"/>
              <v:textbox style="mso-fit-shape-to-text:t" inset="0,15pt,0,0">
                <w:txbxContent>
                  <w:p w14:paraId="414EB63D" w14:textId="03B22944" w:rsidR="006111FF" w:rsidRPr="006111FF" w:rsidRDefault="006111FF" w:rsidP="006111F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6111FF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Confidentiality Level: NON-CONFIDENTIAL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B0623" w14:textId="05FAB1DC" w:rsidR="006111FF" w:rsidRDefault="006111F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85F433" wp14:editId="7D96D23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12010" cy="351155"/>
              <wp:effectExtent l="0" t="0" r="2540" b="10795"/>
              <wp:wrapNone/>
              <wp:docPr id="372213483" name="Text Box 1" descr="Confidentiality Level: NON-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12010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40F9FB" w14:textId="3AC2DB3D" w:rsidR="006111FF" w:rsidRPr="006111FF" w:rsidRDefault="006111FF" w:rsidP="006111F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6111F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Confidentiality Level: NON-CONFIDENTIAL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85F43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ity Level: NON-CONFIDENTIAL" style="position:absolute;margin-left:0;margin-top:0;width:166.3pt;height:27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3F40F9FB" w14:textId="3AC2DB3D" w:rsidR="006111FF" w:rsidRPr="006111FF" w:rsidRDefault="006111FF" w:rsidP="006111F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6111FF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Confidentiality Level: NON-CONFIDENTIAL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7038758">
    <w:abstractNumId w:val="8"/>
  </w:num>
  <w:num w:numId="2" w16cid:durableId="432556859">
    <w:abstractNumId w:val="6"/>
  </w:num>
  <w:num w:numId="3" w16cid:durableId="1249968213">
    <w:abstractNumId w:val="5"/>
  </w:num>
  <w:num w:numId="4" w16cid:durableId="159581752">
    <w:abstractNumId w:val="4"/>
  </w:num>
  <w:num w:numId="5" w16cid:durableId="510098304">
    <w:abstractNumId w:val="7"/>
  </w:num>
  <w:num w:numId="6" w16cid:durableId="2039964388">
    <w:abstractNumId w:val="3"/>
  </w:num>
  <w:num w:numId="7" w16cid:durableId="2037274069">
    <w:abstractNumId w:val="2"/>
  </w:num>
  <w:num w:numId="8" w16cid:durableId="1616250756">
    <w:abstractNumId w:val="1"/>
  </w:num>
  <w:num w:numId="9" w16cid:durableId="1986469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11FF"/>
    <w:rsid w:val="00972A60"/>
    <w:rsid w:val="00AA1D8D"/>
    <w:rsid w:val="00B47730"/>
    <w:rsid w:val="00CB0664"/>
    <w:rsid w:val="00FA2AD9"/>
    <w:rsid w:val="00FC62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FBA222"/>
  <w14:defaultImageDpi w14:val="300"/>
  <w15:docId w15:val="{63675C15-6F8B-449D-BFF4-03B9850B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Colin Glennie</cp:lastModifiedBy>
  <cp:revision>2</cp:revision>
  <dcterms:created xsi:type="dcterms:W3CDTF">2013-12-23T23:15:00Z</dcterms:created>
  <dcterms:modified xsi:type="dcterms:W3CDTF">2026-09-19T08:52:00Z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162f86eb,444b4636,37a28c97</vt:lpwstr>
  </property>
  <property fmtid="{D5CDD505-2E9C-101B-9397-08002B2CF9AE}" pid="3" name="ClassificationContentMarkingHeaderFontProps">
    <vt:lpwstr>#000000,9,Aptos</vt:lpwstr>
  </property>
  <property fmtid="{D5CDD505-2E9C-101B-9397-08002B2CF9AE}" pid="4" name="ClassificationContentMarkingHeaderText">
    <vt:lpwstr>Confidentiality Level: NON-CONFIDENTIAL</vt:lpwstr>
  </property>
  <property fmtid="{D5CDD505-2E9C-101B-9397-08002B2CF9AE}" pid="5" name="MSIP_Label_51ffc66c-b125-4d73-9e05-5d5aa770ecb4_Enabled">
    <vt:lpwstr>true</vt:lpwstr>
  </property>
  <property fmtid="{D5CDD505-2E9C-101B-9397-08002B2CF9AE}" pid="6" name="MSIP_Label_51ffc66c-b125-4d73-9e05-5d5aa770ecb4_SetDate">
    <vt:lpwstr>2026-09-19T08:51:07Z</vt:lpwstr>
  </property>
  <property fmtid="{D5CDD505-2E9C-101B-9397-08002B2CF9AE}" pid="7" name="MSIP_Label_51ffc66c-b125-4d73-9e05-5d5aa770ecb4_Method">
    <vt:lpwstr>Privileged</vt:lpwstr>
  </property>
  <property fmtid="{D5CDD505-2E9C-101B-9397-08002B2CF9AE}" pid="8" name="MSIP_Label_51ffc66c-b125-4d73-9e05-5d5aa770ecb4_Name">
    <vt:lpwstr>Non-Confidential</vt:lpwstr>
  </property>
  <property fmtid="{D5CDD505-2E9C-101B-9397-08002B2CF9AE}" pid="9" name="MSIP_Label_51ffc66c-b125-4d73-9e05-5d5aa770ecb4_SiteId">
    <vt:lpwstr>548bb80a-2745-435e-a1e4-acde5f46db41</vt:lpwstr>
  </property>
  <property fmtid="{D5CDD505-2E9C-101B-9397-08002B2CF9AE}" pid="10" name="MSIP_Label_51ffc66c-b125-4d73-9e05-5d5aa770ecb4_ActionId">
    <vt:lpwstr>d2b30e3d-8b36-43c3-89a6-6fa463ffbb4b</vt:lpwstr>
  </property>
  <property fmtid="{D5CDD505-2E9C-101B-9397-08002B2CF9AE}" pid="11" name="MSIP_Label_51ffc66c-b125-4d73-9e05-5d5aa770ecb4_ContentBits">
    <vt:lpwstr>1</vt:lpwstr>
  </property>
  <property fmtid="{D5CDD505-2E9C-101B-9397-08002B2CF9AE}" pid="12" name="MSIP_Label_51ffc66c-b125-4d73-9e05-5d5aa770ecb4_Tag">
    <vt:lpwstr>10, 0, 1, 1</vt:lpwstr>
  </property>
</Properties>
</file>